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1F32"/>
          <w:sz w:val="44"/>
        </w:rPr>
        <w:t>[FULL NAME]</w:t>
      </w:r>
    </w:p>
    <w:p>
      <w:pPr>
        <w:jc w:val="center"/>
      </w:pPr>
      <w:r>
        <w:rPr>
          <w:color w:val="5A5A69"/>
          <w:sz w:val="22"/>
        </w:rPr>
        <w:t>NGO • Humanitarian • International Development Professional</w:t>
      </w:r>
    </w:p>
    <w:p>
      <w:pPr>
        <w:jc w:val="center"/>
      </w:pPr>
      <w:r>
        <w:t>[City, Country]  |  [Phone]  |  [Professional email]  |  [LinkedIn or portfolio]</w:t>
      </w:r>
    </w:p>
    <w:p>
      <w:pPr>
        <w:pStyle w:val="Heading1"/>
      </w:pPr>
      <w:r>
        <w:t>PROFESSIONAL PROFILE</w:t>
      </w:r>
    </w:p>
    <w:p>
      <w:r>
        <w:rPr>
          <w:i/>
          <w:color w:val="5A5A69"/>
        </w:rPr>
        <w:t>Write 3–4 lines tailored to the vacancy: professional identity, years/level of experience, sectors/geographies, strongest capabilities and one or two measurable results.</w:t>
      </w:r>
    </w:p>
    <w:p>
      <w:r>
        <w:t>[Example structure: Development professional with X years of experience in… Proven record of… Skilled in…]</w:t>
      </w:r>
    </w:p>
    <w:p>
      <w:pPr>
        <w:pStyle w:val="Heading1"/>
      </w:pPr>
      <w:r>
        <w:t>CORE CAPABILITIES</w:t>
      </w:r>
    </w:p>
    <w:p>
      <w:pPr>
        <w:pStyle w:val="ListBullet"/>
      </w:pPr>
      <w:r>
        <w:t>[Capability aligned to vacancy]  •  [Capability]  •  [Capability]</w:t>
      </w:r>
    </w:p>
    <w:p>
      <w:pPr>
        <w:pStyle w:val="ListBullet"/>
      </w:pPr>
      <w:r>
        <w:t>[Technical tool/method]  •  [Donor/compliance knowledge]  •  [Language]</w:t>
      </w:r>
    </w:p>
    <w:p>
      <w:pPr>
        <w:pStyle w:val="Heading1"/>
      </w:pPr>
      <w:r>
        <w:t>PROFESSIONAL EXPERIENCE</w:t>
      </w:r>
    </w:p>
    <w:p>
      <w:r>
        <w:rPr>
          <w:b/>
        </w:rPr>
        <w:t>[JOB TITLE] — [Organisation], [Location]</w:t>
      </w:r>
    </w:p>
    <w:p>
      <w:r>
        <w:t>[Month Year – Month Year]</w:t>
      </w:r>
    </w:p>
    <w:p>
      <w:pPr>
        <w:pStyle w:val="ListBullet"/>
      </w:pPr>
      <w:r>
        <w:t>Delivered [result] by [action], benefiting [number/group] and achieving [metric].</w:t>
      </w:r>
    </w:p>
    <w:p>
      <w:pPr>
        <w:pStyle w:val="ListBullet"/>
      </w:pPr>
      <w:r>
        <w:t>Managed/coordinated [budget, team, partners or geography], ensuring [quality/compliance result].</w:t>
      </w:r>
    </w:p>
    <w:p>
      <w:pPr>
        <w:pStyle w:val="ListBullet"/>
      </w:pPr>
      <w:r>
        <w:t>Improved [process/system] through [specific action], resulting in [measurable change].</w:t>
      </w:r>
    </w:p>
    <w:p>
      <w:r>
        <w:rPr>
          <w:b/>
        </w:rPr>
        <w:t>[JOB TITLE] — [Organisation], [Location]</w:t>
      </w:r>
    </w:p>
    <w:p>
      <w:r>
        <w:t>[Month Year – Month Year]</w:t>
      </w:r>
    </w:p>
    <w:p>
      <w:pPr>
        <w:pStyle w:val="ListBullet"/>
      </w:pPr>
      <w:r>
        <w:t>Delivered [result] by [action], benefiting [number/group] and achieving [metric].</w:t>
      </w:r>
    </w:p>
    <w:p>
      <w:pPr>
        <w:pStyle w:val="ListBullet"/>
      </w:pPr>
      <w:r>
        <w:t>Managed/coordinated [budget, team, partners or geography], ensuring [quality/compliance result].</w:t>
      </w:r>
    </w:p>
    <w:p>
      <w:pPr>
        <w:pStyle w:val="ListBullet"/>
      </w:pPr>
      <w:r>
        <w:t>Improved [process/system] through [specific action], resulting in [measurable change].</w:t>
      </w:r>
    </w:p>
    <w:p>
      <w:r>
        <w:rPr>
          <w:b/>
        </w:rPr>
        <w:t>[JOB TITLE] — [Organisation], [Location]</w:t>
      </w:r>
    </w:p>
    <w:p>
      <w:r>
        <w:t>[Month Year – Month Year]</w:t>
      </w:r>
    </w:p>
    <w:p>
      <w:pPr>
        <w:pStyle w:val="ListBullet"/>
      </w:pPr>
      <w:r>
        <w:t>Delivered [result] by [action], benefiting [number/group] and achieving [metric].</w:t>
      </w:r>
    </w:p>
    <w:p>
      <w:pPr>
        <w:pStyle w:val="ListBullet"/>
      </w:pPr>
      <w:r>
        <w:t>Managed/coordinated [budget, team, partners or geography], ensuring [quality/compliance result].</w:t>
      </w:r>
    </w:p>
    <w:p>
      <w:pPr>
        <w:pStyle w:val="ListBullet"/>
      </w:pPr>
      <w:r>
        <w:t>Improved [process/system] through [specific action], resulting in [measurable change].</w:t>
      </w:r>
    </w:p>
    <w:p>
      <w:pPr>
        <w:pStyle w:val="Heading1"/>
      </w:pPr>
      <w:r>
        <w:t>SELECTED PROJECTS OR CONSULTANCIES</w:t>
      </w:r>
    </w:p>
    <w:p>
      <w:pPr>
        <w:pStyle w:val="ListBullet"/>
      </w:pPr>
      <w:r>
        <w:t>[Project / assignment] — [role, donor/client, location, dates and result].</w:t>
      </w:r>
    </w:p>
    <w:p>
      <w:pPr>
        <w:pStyle w:val="ListBullet"/>
      </w:pPr>
      <w:r>
        <w:t>[Project / assignment] — [role, donor/client, location, dates and result].</w:t>
      </w:r>
    </w:p>
    <w:p>
      <w:pPr>
        <w:pStyle w:val="Heading1"/>
      </w:pPr>
      <w:r>
        <w:t>EDUCATION</w:t>
      </w:r>
    </w:p>
    <w:p>
      <w:r>
        <w:t>[Degree / qualification] — [Institution], [Country], [Year]</w:t>
      </w:r>
    </w:p>
    <w:p>
      <w:pPr>
        <w:pStyle w:val="Heading1"/>
      </w:pPr>
      <w:r>
        <w:t>PROFESSIONAL TRAINING &amp; CERTIFICATIONS</w:t>
      </w:r>
    </w:p>
    <w:p>
      <w:pPr>
        <w:pStyle w:val="ListBullet"/>
      </w:pPr>
      <w:r>
        <w:t>[Certification or course] — [Provider], [Year]</w:t>
      </w:r>
    </w:p>
    <w:p>
      <w:pPr>
        <w:pStyle w:val="ListBullet"/>
      </w:pPr>
      <w:r>
        <w:t>[Certification or course] — [Provider], [Year]</w:t>
      </w:r>
    </w:p>
    <w:p>
      <w:pPr>
        <w:pStyle w:val="Heading1"/>
      </w:pPr>
      <w:r>
        <w:t>LANGUAGES &amp; DIGITAL SKILLS</w:t>
      </w:r>
    </w:p>
    <w:p>
      <w:r>
        <w:t>Languages: [Language — proficiency]  |  Digital/technical tools: [List only job-relevant tools]</w:t>
      </w:r>
    </w:p>
    <w:p>
      <w:pPr>
        <w:pStyle w:val="Heading1"/>
      </w:pPr>
      <w:r>
        <w:t>REFERENCES</w:t>
      </w:r>
    </w:p>
    <w:p>
      <w:r>
        <w:t>Available on request, unless the employer requests named referees.</w:t>
      </w:r>
    </w:p>
    <w:p>
      <w:pPr>
        <w:pStyle w:val="Heading1"/>
      </w:pPr>
      <w:r>
        <w:t>CV QUALITY CHECK</w:t>
      </w:r>
    </w:p>
    <w:p>
      <w:pPr>
        <w:pStyle w:val="ListBullet"/>
      </w:pPr>
      <w:r>
        <w:t>Tailored keywords and evidence to the vacancy.</w:t>
      </w:r>
    </w:p>
    <w:p>
      <w:pPr>
        <w:pStyle w:val="ListBullet"/>
      </w:pPr>
      <w:r>
        <w:t>Used measurable achievements instead of duty-only descriptions.</w:t>
      </w:r>
    </w:p>
    <w:p>
      <w:pPr>
        <w:pStyle w:val="ListBullet"/>
      </w:pPr>
      <w:r>
        <w:t>Removed sensitive personal data not required by the employer.</w:t>
      </w:r>
    </w:p>
    <w:p>
      <w:pPr>
        <w:pStyle w:val="ListBullet"/>
      </w:pPr>
      <w:r>
        <w:t>Checked dates, spelling, links and contact details.</w:t>
      </w:r>
    </w:p>
    <w:p>
      <w:pPr>
        <w:pStyle w:val="ListBullet"/>
      </w:pPr>
      <w:r>
        <w:t>Kept formatting simple enough for applicant-tracking systems.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69"/>
        <w:sz w:val="16"/>
      </w:rPr>
      <w:t>Africa Training Institute • africatraininginstitute.org • Version 1.0 (2026)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b/>
        <w:color w:val="5A5A69"/>
        <w:sz w:val="16"/>
      </w:rPr>
      <w:t>AFRICA TRAINING INSTITUTE  |  CAREER RESOURCE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 w:line="269" w:lineRule="auto"/>
    </w:pPr>
    <w:rPr>
      <w:rFonts w:ascii="Calibri" w:hAnsi="Calibri"/>
      <w:color w:val="1F1F32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00"/>
      <w:outlineLvl w:val="0"/>
    </w:pPr>
    <w:rPr>
      <w:rFonts w:asciiTheme="majorHAnsi" w:eastAsiaTheme="majorEastAsia" w:hAnsiTheme="majorHAnsi" w:cstheme="majorBidi" w:ascii="Calibri" w:hAnsi="Calibri"/>
      <w:b/>
      <w:bCs/>
      <w:color w:val="5B16C5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00"/>
      <w:outlineLvl w:val="1"/>
    </w:pPr>
    <w:rPr>
      <w:rFonts w:asciiTheme="majorHAnsi" w:eastAsiaTheme="majorEastAsia" w:hAnsiTheme="majorHAnsi" w:cstheme="majorBidi" w:ascii="Calibri" w:hAnsi="Calibri"/>
      <w:b/>
      <w:bCs/>
      <w:color w:val="5B16C5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