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1F1F32"/>
          <w:sz w:val="44"/>
        </w:rPr>
        <w:t>[YOUR NAME]</w:t>
      </w:r>
    </w:p>
    <w:p>
      <w:pPr>
        <w:jc w:val="center"/>
      </w:pPr>
      <w:r>
        <w:rPr>
          <w:color w:val="5A5A69"/>
          <w:sz w:val="22"/>
        </w:rPr>
        <w:t>NGO Cover Letter Template</w:t>
      </w:r>
    </w:p>
    <w:p>
      <w:r>
        <w:t>[Address or city, if required]</w:t>
        <w:br/>
        <w:t>[Phone] | [Email]</w:t>
        <w:br/>
        <w:t>[Date]</w:t>
      </w:r>
    </w:p>
    <w:p>
      <w:r>
        <w:t>[Hiring manager / recruitment team]</w:t>
        <w:br/>
        <w:t>[Organisation]</w:t>
        <w:br/>
        <w:t>[Location]</w:t>
      </w:r>
    </w:p>
    <w:p>
      <w:r>
        <w:rPr>
          <w:b/>
        </w:rPr>
        <w:t>RE: APPLICATION FOR [EXACT JOB TITLE / REFERENCE]</w:t>
      </w:r>
    </w:p>
    <w:p>
      <w:r>
        <w:t>Dear [Hiring Manager / Recruitment Team],</w:t>
      </w:r>
    </w:p>
    <w:p>
      <w:pPr>
        <w:pStyle w:val="Heading1"/>
      </w:pPr>
      <w:r>
        <w:t>OPENING: ROLE AND MOTIVATION</w:t>
      </w:r>
    </w:p>
    <w:p>
      <w:r>
        <w:rPr>
          <w:i/>
          <w:color w:val="5A5A69"/>
        </w:rPr>
        <w:t>State the exact role, where you found it, and why the organisation’s mandate and this position fit your experience. Avoid generic praise.</w:t>
      </w:r>
    </w:p>
    <w:p>
      <w:r>
        <w:t>[Write 3–4 tailored sentences.]</w:t>
      </w:r>
    </w:p>
    <w:p>
      <w:pPr>
        <w:pStyle w:val="Heading1"/>
      </w:pPr>
      <w:r>
        <w:t>EVIDENCE 1: MOST RELEVANT ACHIEVEMENT</w:t>
      </w:r>
    </w:p>
    <w:p>
      <w:r>
        <w:rPr>
          <w:i/>
          <w:color w:val="5A5A69"/>
        </w:rPr>
        <w:t>Select one requirement from the vacancy and prove it with a specific example, action and measurable result.</w:t>
      </w:r>
    </w:p>
    <w:p>
      <w:r>
        <w:t>[Write 4–6 sentences using concise situation–action–result logic.]</w:t>
      </w:r>
    </w:p>
    <w:p>
      <w:pPr>
        <w:pStyle w:val="Heading1"/>
      </w:pPr>
      <w:r>
        <w:t>EVIDENCE 2: TECHNICAL OR LEADERSHIP FIT</w:t>
      </w:r>
    </w:p>
    <w:p>
      <w:r>
        <w:rPr>
          <w:i/>
          <w:color w:val="5A5A69"/>
        </w:rPr>
        <w:t>Demonstrate another priority requirement such as programme delivery, M&amp;E, partnerships, budgeting, safeguarding, grants, humanitarian coordination or technical expertise.</w:t>
      </w:r>
    </w:p>
    <w:p>
      <w:r>
        <w:t>[Write 4–6 tailored sentences.]</w:t>
      </w:r>
    </w:p>
    <w:p>
      <w:pPr>
        <w:pStyle w:val="Heading1"/>
      </w:pPr>
      <w:r>
        <w:t>CLOSING: CONTRIBUTION AND AVAILABILITY</w:t>
      </w:r>
    </w:p>
    <w:p>
      <w:r>
        <w:rPr>
          <w:i/>
          <w:color w:val="5A5A69"/>
        </w:rPr>
        <w:t>Summarise the contribution you can make, confirm any requested availability or location information, and thank the reader.</w:t>
      </w:r>
    </w:p>
    <w:p>
      <w:r>
        <w:t>[Write 2–3 concise sentences.]</w:t>
      </w:r>
    </w:p>
    <w:p>
      <w:r>
        <w:t>Yours sincerely,</w:t>
        <w:br/>
        <w:t>[Full name]</w:t>
      </w:r>
    </w:p>
    <w:p>
      <w:pPr>
        <w:pStyle w:val="Heading1"/>
      </w:pPr>
      <w:r>
        <w:t>FINAL CHECKLIST</w:t>
      </w:r>
    </w:p>
    <w:p>
      <w:pPr>
        <w:pStyle w:val="ListBullet"/>
      </w:pPr>
      <w:r>
        <w:t>One page unless the employer requests otherwise.</w:t>
      </w:r>
    </w:p>
    <w:p>
      <w:pPr>
        <w:pStyle w:val="ListBullet"/>
      </w:pPr>
      <w:r>
        <w:t>Uses the exact job title and organisation name.</w:t>
      </w:r>
    </w:p>
    <w:p>
      <w:pPr>
        <w:pStyle w:val="ListBullet"/>
      </w:pPr>
      <w:r>
        <w:t>Provides evidence instead of repeating the CV.</w:t>
      </w:r>
    </w:p>
    <w:p>
      <w:pPr>
        <w:pStyle w:val="ListBullet"/>
      </w:pPr>
      <w:r>
        <w:t>Addresses the most important selection criteria.</w:t>
      </w:r>
    </w:p>
    <w:p>
      <w:pPr>
        <w:pStyle w:val="ListBullet"/>
      </w:pPr>
      <w:r>
        <w:t>Contains no invented claims or copied wording from sample letters.</w:t>
      </w:r>
    </w:p>
    <w:p>
      <w:pPr>
        <w:pStyle w:val="ListBullet"/>
      </w:pPr>
      <w:r>
        <w:t>Saved with a professional filename: Firstname_Lastname_Cover_Letter.pdf.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69"/>
        <w:sz w:val="16"/>
      </w:rPr>
      <w:t>Africa Training Institute • africatraininginstitute.org • Version 1.0 (2026)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rPr>
        <w:b/>
        <w:color w:val="5A5A69"/>
        <w:sz w:val="16"/>
      </w:rPr>
      <w:t>AFRICA TRAINING INSTITUTE  |  CAREER RESOURCE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 w:line="269" w:lineRule="auto"/>
    </w:pPr>
    <w:rPr>
      <w:rFonts w:ascii="Calibri" w:hAnsi="Calibri"/>
      <w:color w:val="1F1F32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200" w:after="100"/>
      <w:outlineLvl w:val="0"/>
    </w:pPr>
    <w:rPr>
      <w:rFonts w:asciiTheme="majorHAnsi" w:eastAsiaTheme="majorEastAsia" w:hAnsiTheme="majorHAnsi" w:cstheme="majorBidi" w:ascii="Calibri" w:hAnsi="Calibri"/>
      <w:b/>
      <w:bCs/>
      <w:color w:val="5B16C5"/>
      <w:sz w:val="3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100"/>
      <w:outlineLvl w:val="1"/>
    </w:pPr>
    <w:rPr>
      <w:rFonts w:asciiTheme="majorHAnsi" w:eastAsiaTheme="majorEastAsia" w:hAnsiTheme="majorHAnsi" w:cstheme="majorBidi" w:ascii="Calibri" w:hAnsi="Calibri"/>
      <w:b/>
      <w:bCs/>
      <w:color w:val="5B16C5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